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264C5" w14:textId="3096608C" w:rsidR="006D63D6" w:rsidRDefault="2C57C248" w:rsidP="00E21036">
      <w:pPr>
        <w:rPr>
          <w:b/>
          <w:bCs/>
        </w:rPr>
      </w:pPr>
      <w:r w:rsidRPr="3E5AF083">
        <w:rPr>
          <w:i/>
          <w:iCs/>
        </w:rPr>
        <w:t>Background</w:t>
      </w:r>
      <w:r w:rsidR="47564C2B" w:rsidRPr="3E5AF083">
        <w:rPr>
          <w:i/>
          <w:iCs/>
        </w:rPr>
        <w:t xml:space="preserve"> &amp; Instructions</w:t>
      </w:r>
      <w:r w:rsidRPr="3E5AF083">
        <w:rPr>
          <w:i/>
          <w:iCs/>
        </w:rPr>
        <w:t xml:space="preserve">: </w:t>
      </w:r>
      <w:r w:rsidR="0EBFB074" w:rsidRPr="3E5AF083">
        <w:rPr>
          <w:i/>
          <w:iCs/>
        </w:rPr>
        <w:t xml:space="preserve">This email template </w:t>
      </w:r>
      <w:proofErr w:type="gramStart"/>
      <w:r w:rsidR="0EBFB074" w:rsidRPr="3E5AF083">
        <w:rPr>
          <w:i/>
          <w:iCs/>
        </w:rPr>
        <w:t>was created</w:t>
      </w:r>
      <w:proofErr w:type="gramEnd"/>
      <w:r w:rsidR="0EBFB074" w:rsidRPr="3E5AF083">
        <w:rPr>
          <w:i/>
          <w:iCs/>
        </w:rPr>
        <w:t xml:space="preserve"> to help applicants for CEC certification programs request employer support for their intent to pursue certification. It clearly outlines the associated costs and time commitment, while highlighting the value and benefits to the organization when an employee earns and maintains </w:t>
      </w:r>
      <w:r w:rsidR="53345812" w:rsidRPr="3E5AF083">
        <w:rPr>
          <w:i/>
          <w:iCs/>
        </w:rPr>
        <w:t>their</w:t>
      </w:r>
      <w:r w:rsidR="0EBFB074" w:rsidRPr="3E5AF083">
        <w:rPr>
          <w:i/>
          <w:iCs/>
        </w:rPr>
        <w:t xml:space="preserve"> certification.</w:t>
      </w:r>
      <w:r w:rsidR="00E21036">
        <w:br/>
      </w:r>
      <w:r w:rsidR="00E21036">
        <w:br/>
      </w:r>
      <w:r w:rsidR="628638A3" w:rsidRPr="3E5AF083">
        <w:rPr>
          <w:i/>
          <w:iCs/>
        </w:rPr>
        <w:t>We recommend that you tailor the language to meet the needs of your specific request as well as the benefits you think are most relevant for your organization</w:t>
      </w:r>
      <w:r w:rsidR="00747D24" w:rsidRPr="3E5AF083">
        <w:rPr>
          <w:i/>
          <w:iCs/>
        </w:rPr>
        <w:t xml:space="preserve">. </w:t>
      </w:r>
      <w:r w:rsidR="00E21036">
        <w:br/>
      </w:r>
      <w:r w:rsidR="6F95D7EE" w:rsidRPr="3E5AF083">
        <w:rPr>
          <w:i/>
          <w:iCs/>
        </w:rPr>
        <w:t>_______________________________________________________________________________________________________</w:t>
      </w:r>
      <w:r w:rsidR="00E21036">
        <w:br/>
      </w:r>
      <w:r w:rsidR="00E21036">
        <w:br/>
      </w:r>
      <w:r w:rsidR="4ECA5553">
        <w:rPr>
          <w:noProof/>
        </w:rPr>
        <w:drawing>
          <wp:inline distT="0" distB="0" distL="0" distR="0" wp14:anchorId="0008FB37" wp14:editId="755E7923">
            <wp:extent cx="2286870" cy="698500"/>
            <wp:effectExtent l="0" t="0" r="0" b="6350"/>
            <wp:docPr id="1977704343" name="Picture 1" descr="A blue and white logo&#10;&#10;AI-generated content may be incorrect.">
              <a:extLst xmlns:a="http://schemas.openxmlformats.org/drawingml/2006/main">
                <a:ext uri="{FF2B5EF4-FFF2-40B4-BE49-F238E27FC236}">
                  <a16:creationId xmlns:a16="http://schemas.microsoft.com/office/drawing/2014/main" id="{44273E3B-C9C3-418A-A023-AF4E2559D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4343" name="Picture 1" descr="A blue and white logo&#10;&#10;AI-generated content may be incorrect."/>
                    <pic:cNvPicPr/>
                  </pic:nvPicPr>
                  <pic:blipFill>
                    <a:blip r:embed="rId8"/>
                    <a:stretch>
                      <a:fillRect/>
                    </a:stretch>
                  </pic:blipFill>
                  <pic:spPr>
                    <a:xfrm>
                      <a:off x="0" y="0"/>
                      <a:ext cx="2307328" cy="704749"/>
                    </a:xfrm>
                    <a:prstGeom prst="rect">
                      <a:avLst/>
                    </a:prstGeom>
                  </pic:spPr>
                </pic:pic>
              </a:graphicData>
            </a:graphic>
          </wp:inline>
        </w:drawing>
      </w:r>
    </w:p>
    <w:p w14:paraId="20D97394" w14:textId="52B6E7B3" w:rsidR="00AA0F93" w:rsidRPr="00693D90" w:rsidRDefault="00E21036" w:rsidP="00E21036">
      <w:pPr>
        <w:rPr>
          <w:b/>
          <w:bCs/>
        </w:rPr>
      </w:pPr>
      <w:r>
        <w:rPr>
          <w:b/>
          <w:bCs/>
        </w:rPr>
        <w:t xml:space="preserve">Subject: </w:t>
      </w:r>
      <w:r w:rsidR="001D579A" w:rsidRPr="001D579A">
        <w:rPr>
          <w:b/>
          <w:bCs/>
        </w:rPr>
        <w:t>Request for Support to Pursue the Civil Engineer, Certified (CE-C) Credential</w:t>
      </w:r>
      <w:r w:rsidR="001D579A">
        <w:rPr>
          <w:b/>
          <w:bCs/>
        </w:rPr>
        <w:t xml:space="preserve"> </w:t>
      </w:r>
      <w:r w:rsidR="00056A07" w:rsidRPr="00693D90">
        <w:rPr>
          <w:b/>
          <w:bCs/>
        </w:rPr>
        <w:t xml:space="preserve">through </w:t>
      </w:r>
      <w:r w:rsidR="004E45AB">
        <w:rPr>
          <w:b/>
          <w:bCs/>
        </w:rPr>
        <w:t xml:space="preserve">ASCE </w:t>
      </w:r>
      <w:r w:rsidR="00693D90" w:rsidRPr="00693D90">
        <w:rPr>
          <w:b/>
          <w:bCs/>
        </w:rPr>
        <w:t>Civil Engineering Certification</w:t>
      </w:r>
    </w:p>
    <w:p w14:paraId="4B871205" w14:textId="77777777" w:rsidR="002C57CA" w:rsidRDefault="002C57CA" w:rsidP="002C57CA">
      <w:r>
        <w:t>Dear [Manager's Name],</w:t>
      </w:r>
    </w:p>
    <w:p w14:paraId="672F352F" w14:textId="750745B0" w:rsidR="002C57CA" w:rsidRDefault="002C57CA" w:rsidP="002C57CA">
      <w:r>
        <w:t xml:space="preserve">I am writing to request your support, both financial and professional, as I pursue the Civil Engineer, Certified (CE-C) credential offered by </w:t>
      </w:r>
      <w:hyperlink r:id="rId9" w:history="1">
        <w:r w:rsidRPr="002C57CA">
          <w:rPr>
            <w:rStyle w:val="Hyperlink"/>
          </w:rPr>
          <w:t>Civil Engineering Certification, Inc. (CEC</w:t>
        </w:r>
      </w:hyperlink>
      <w:r w:rsidRPr="002C57CA">
        <w:t>)</w:t>
      </w:r>
      <w:r>
        <w:t xml:space="preserve"> and the American Society of Civil Engineers (ASCE).</w:t>
      </w:r>
    </w:p>
    <w:p w14:paraId="51A96EB1" w14:textId="7F0958D7" w:rsidR="002C57CA" w:rsidRDefault="002C57CA" w:rsidP="002C57CA">
      <w:r>
        <w:t>The CE-C credential is a post-P.E. certification designed to validate essential professional competencies beyond technical engineering knowledge, including communication, project management, leadership, sustainability, and professional responsibility. It complements the P.E. license by recognizing the skills needed to successfully lead projects and contribute to the advancement of the profession.</w:t>
      </w:r>
      <w:r w:rsidR="00CD62D5">
        <w:br/>
      </w:r>
    </w:p>
    <w:p w14:paraId="1864632A" w14:textId="28D26933" w:rsidR="002C57CA" w:rsidRPr="002C57CA" w:rsidRDefault="002C57CA" w:rsidP="002C57CA">
      <w:pPr>
        <w:rPr>
          <w:b/>
          <w:bCs/>
        </w:rPr>
      </w:pPr>
      <w:r w:rsidRPr="002C57CA">
        <w:rPr>
          <w:b/>
          <w:bCs/>
        </w:rPr>
        <w:t>Benefits to Our Organization</w:t>
      </w:r>
    </w:p>
    <w:p w14:paraId="65DF659E" w14:textId="77777777" w:rsidR="002C57CA" w:rsidRDefault="002C57CA" w:rsidP="002C57CA">
      <w:r>
        <w:t>Earning the CE-C credential would provide value to both my professional development and our organization by:</w:t>
      </w:r>
    </w:p>
    <w:p w14:paraId="5BA41B4D" w14:textId="2A2A9D91" w:rsidR="00476E07" w:rsidRDefault="00476E07" w:rsidP="00476E07">
      <w:pPr>
        <w:pStyle w:val="ListParagraph"/>
        <w:numPr>
          <w:ilvl w:val="0"/>
          <w:numId w:val="6"/>
        </w:numPr>
      </w:pPr>
      <w:r w:rsidRPr="00476E07">
        <w:rPr>
          <w:b/>
          <w:bCs/>
        </w:rPr>
        <w:t>Strengthen</w:t>
      </w:r>
      <w:r>
        <w:rPr>
          <w:b/>
          <w:bCs/>
        </w:rPr>
        <w:t>ing</w:t>
      </w:r>
      <w:r w:rsidRPr="00476E07">
        <w:rPr>
          <w:b/>
          <w:bCs/>
        </w:rPr>
        <w:t xml:space="preserve"> Our Market Position:</w:t>
      </w:r>
      <w:r>
        <w:t xml:space="preserve"> Certified engineers enhance our organization's credibility and competitiveness by demonstrating verified expertise and a commitment to professional excellence.</w:t>
      </w:r>
    </w:p>
    <w:p w14:paraId="56FFF381" w14:textId="2ECCD497" w:rsidR="00476E07" w:rsidRDefault="00476E07" w:rsidP="00476E07">
      <w:pPr>
        <w:pStyle w:val="ListParagraph"/>
        <w:numPr>
          <w:ilvl w:val="0"/>
          <w:numId w:val="6"/>
        </w:numPr>
      </w:pPr>
      <w:r w:rsidRPr="00476E07">
        <w:rPr>
          <w:b/>
          <w:bCs/>
        </w:rPr>
        <w:t>Demonstra</w:t>
      </w:r>
      <w:r>
        <w:rPr>
          <w:b/>
          <w:bCs/>
        </w:rPr>
        <w:t xml:space="preserve">ting </w:t>
      </w:r>
      <w:r w:rsidRPr="00476E07">
        <w:rPr>
          <w:b/>
          <w:bCs/>
        </w:rPr>
        <w:t>a Commitment to Excellence:</w:t>
      </w:r>
      <w:r>
        <w:t xml:space="preserve"> Supporting professional certification reflects our dedication to </w:t>
      </w:r>
      <w:proofErr w:type="gramStart"/>
      <w:r>
        <w:t>high standards</w:t>
      </w:r>
      <w:proofErr w:type="gramEnd"/>
      <w:r>
        <w:t>, continuous learning, and quality service, reinforcing our organization's reputation and culture.</w:t>
      </w:r>
    </w:p>
    <w:p w14:paraId="4F260AC5" w14:textId="47A648A4" w:rsidR="00476E07" w:rsidRDefault="00476E07" w:rsidP="00476E07">
      <w:pPr>
        <w:pStyle w:val="ListParagraph"/>
        <w:numPr>
          <w:ilvl w:val="0"/>
          <w:numId w:val="6"/>
        </w:numPr>
      </w:pPr>
      <w:r w:rsidRPr="00476E07">
        <w:rPr>
          <w:b/>
          <w:bCs/>
        </w:rPr>
        <w:t>Enhanc</w:t>
      </w:r>
      <w:r>
        <w:rPr>
          <w:b/>
          <w:bCs/>
        </w:rPr>
        <w:t>ing</w:t>
      </w:r>
      <w:r w:rsidRPr="00476E07">
        <w:rPr>
          <w:b/>
          <w:bCs/>
        </w:rPr>
        <w:t xml:space="preserve"> Quality and Risk Management:</w:t>
      </w:r>
      <w:r>
        <w:t xml:space="preserve"> Certified professionals apply validated knowledge, skills, and judgment that contribute to better project outcomes, improved quality, and reduced project risks.</w:t>
      </w:r>
    </w:p>
    <w:p w14:paraId="735C4A24" w14:textId="433863B9" w:rsidR="00476E07" w:rsidRDefault="00476E07" w:rsidP="00476E07">
      <w:pPr>
        <w:pStyle w:val="ListParagraph"/>
        <w:numPr>
          <w:ilvl w:val="0"/>
          <w:numId w:val="6"/>
        </w:numPr>
      </w:pPr>
      <w:r w:rsidRPr="00476E07">
        <w:rPr>
          <w:b/>
          <w:bCs/>
        </w:rPr>
        <w:t>Suppor</w:t>
      </w:r>
      <w:r>
        <w:rPr>
          <w:b/>
          <w:bCs/>
        </w:rPr>
        <w:t>ting</w:t>
      </w:r>
      <w:r w:rsidRPr="00476E07">
        <w:rPr>
          <w:b/>
          <w:bCs/>
        </w:rPr>
        <w:t xml:space="preserve"> Talent Development and Retention:</w:t>
      </w:r>
      <w:r>
        <w:t xml:space="preserve"> Encouraging certification provides meaningful opportunities for professional growth, helping attract, develop, and retain high-performing employees.</w:t>
      </w:r>
    </w:p>
    <w:p w14:paraId="1638C554" w14:textId="6DB195AE" w:rsidR="00476E07" w:rsidRDefault="00476E07" w:rsidP="00476E07">
      <w:pPr>
        <w:pStyle w:val="ListParagraph"/>
        <w:numPr>
          <w:ilvl w:val="0"/>
          <w:numId w:val="6"/>
        </w:numPr>
      </w:pPr>
      <w:r w:rsidRPr="00476E07">
        <w:rPr>
          <w:b/>
          <w:bCs/>
        </w:rPr>
        <w:t>Promot</w:t>
      </w:r>
      <w:r>
        <w:rPr>
          <w:b/>
          <w:bCs/>
        </w:rPr>
        <w:t>ing</w:t>
      </w:r>
      <w:r w:rsidRPr="00476E07">
        <w:rPr>
          <w:b/>
          <w:bCs/>
        </w:rPr>
        <w:t xml:space="preserve"> Leadership and Knowledge Sharing:</w:t>
      </w:r>
      <w:r>
        <w:t xml:space="preserve"> Certified engineers often serve as leaders, mentors, and subject matter experts, helping strengthen teams and foster professional development across the organization.</w:t>
      </w:r>
    </w:p>
    <w:p w14:paraId="79E81083" w14:textId="048F1D8E" w:rsidR="00476E07" w:rsidRDefault="00476E07" w:rsidP="00476E07">
      <w:pPr>
        <w:pStyle w:val="ListParagraph"/>
        <w:numPr>
          <w:ilvl w:val="0"/>
          <w:numId w:val="6"/>
        </w:numPr>
      </w:pPr>
      <w:r w:rsidRPr="00476E07">
        <w:rPr>
          <w:b/>
          <w:bCs/>
        </w:rPr>
        <w:t>Align</w:t>
      </w:r>
      <w:r>
        <w:rPr>
          <w:b/>
          <w:bCs/>
        </w:rPr>
        <w:t>ing</w:t>
      </w:r>
      <w:r w:rsidRPr="00476E07">
        <w:rPr>
          <w:b/>
          <w:bCs/>
        </w:rPr>
        <w:t xml:space="preserve"> with Organizational Goals:</w:t>
      </w:r>
      <w:r>
        <w:t xml:space="preserve"> Certification supports workforce development, innovation, quality improvement, and long-term organizational success by investing in the continued growth of our professionals.</w:t>
      </w:r>
    </w:p>
    <w:p w14:paraId="70D04E20" w14:textId="76801DED" w:rsidR="002C57CA" w:rsidRDefault="00ED2992" w:rsidP="00476E07">
      <w:r>
        <w:t xml:space="preserve">In addition, </w:t>
      </w:r>
      <w:r w:rsidR="002C57CA">
        <w:t>CEC promotes certified engineers and their employers through a variety of professional recognition opportunities, including:</w:t>
      </w:r>
    </w:p>
    <w:p w14:paraId="02520B47" w14:textId="01221699" w:rsidR="002C57CA" w:rsidRDefault="002C57CA" w:rsidP="002C57CA">
      <w:pPr>
        <w:pStyle w:val="ListParagraph"/>
        <w:numPr>
          <w:ilvl w:val="0"/>
          <w:numId w:val="4"/>
        </w:numPr>
      </w:pPr>
      <w:hyperlink r:id="rId10" w:history="1">
        <w:r w:rsidRPr="00ED2992">
          <w:rPr>
            <w:rStyle w:val="Hyperlink"/>
            <w:b/>
            <w:bCs/>
          </w:rPr>
          <w:t>Certified Engineer Directory Listing</w:t>
        </w:r>
      </w:hyperlink>
      <w:r>
        <w:t xml:space="preserve"> – Certified engineers </w:t>
      </w:r>
      <w:proofErr w:type="gramStart"/>
      <w:r>
        <w:t>are featured</w:t>
      </w:r>
      <w:proofErr w:type="gramEnd"/>
      <w:r>
        <w:t xml:space="preserve"> in a public directory, increasing their visibility and </w:t>
      </w:r>
      <w:proofErr w:type="gramStart"/>
      <w:r>
        <w:t>showcasing</w:t>
      </w:r>
      <w:proofErr w:type="gramEnd"/>
      <w:r>
        <w:t xml:space="preserve"> their qualifications to employers, clients, and the public.</w:t>
      </w:r>
    </w:p>
    <w:p w14:paraId="03B1DEFC" w14:textId="2F541EEC" w:rsidR="002C57CA" w:rsidRDefault="002C57CA" w:rsidP="002C57CA">
      <w:pPr>
        <w:pStyle w:val="ListParagraph"/>
        <w:numPr>
          <w:ilvl w:val="0"/>
          <w:numId w:val="4"/>
        </w:numPr>
      </w:pPr>
      <w:hyperlink r:id="rId11" w:history="1">
        <w:r w:rsidRPr="00ED2992">
          <w:rPr>
            <w:rStyle w:val="Hyperlink"/>
            <w:b/>
            <w:bCs/>
          </w:rPr>
          <w:t>LinkedIn Recognition</w:t>
        </w:r>
      </w:hyperlink>
      <w:r>
        <w:t xml:space="preserve"> – Newly certified engineers </w:t>
      </w:r>
      <w:proofErr w:type="gramStart"/>
      <w:r>
        <w:t>are recognized</w:t>
      </w:r>
      <w:proofErr w:type="gramEnd"/>
      <w:r>
        <w:t xml:space="preserve"> through CEC LinkedIn announcements, highlighting both the engineer's achievement and their employer's commitment to professional excellence.</w:t>
      </w:r>
    </w:p>
    <w:p w14:paraId="546C1769" w14:textId="77777777" w:rsidR="002C57CA" w:rsidRDefault="002C57CA" w:rsidP="002C57CA">
      <w:pPr>
        <w:pStyle w:val="ListParagraph"/>
        <w:numPr>
          <w:ilvl w:val="0"/>
          <w:numId w:val="4"/>
        </w:numPr>
      </w:pPr>
      <w:r w:rsidRPr="002C57CA">
        <w:rPr>
          <w:b/>
          <w:bCs/>
        </w:rPr>
        <w:t>Digital Credential Badge</w:t>
      </w:r>
      <w:r>
        <w:t xml:space="preserve"> – Certified engineers receive a digital badge that can </w:t>
      </w:r>
      <w:proofErr w:type="gramStart"/>
      <w:r>
        <w:t>be displayed</w:t>
      </w:r>
      <w:proofErr w:type="gramEnd"/>
      <w:r>
        <w:t xml:space="preserve"> on online profiles, email signatures, résumés, and professional networking platforms to demonstrate their accomplishment.</w:t>
      </w:r>
    </w:p>
    <w:p w14:paraId="2E2CE754" w14:textId="097103CA" w:rsidR="002C57CA" w:rsidRDefault="002C57CA" w:rsidP="002C57CA">
      <w:r>
        <w:t xml:space="preserve">This recognition helps raise the professional profile of both the </w:t>
      </w:r>
      <w:r w:rsidR="00DD0B1A">
        <w:t>engineers</w:t>
      </w:r>
      <w:r>
        <w:t xml:space="preserve"> and their organization while reinforcing a shared commitment to excellence in civil engineering.</w:t>
      </w:r>
      <w:r w:rsidR="00CD62D5">
        <w:br/>
      </w:r>
    </w:p>
    <w:p w14:paraId="10267EA8" w14:textId="1B9E73EF" w:rsidR="002C57CA" w:rsidRPr="000D0990" w:rsidRDefault="002C57CA" w:rsidP="002C57CA">
      <w:pPr>
        <w:rPr>
          <w:b/>
          <w:bCs/>
        </w:rPr>
      </w:pPr>
      <w:r w:rsidRPr="000D0990">
        <w:rPr>
          <w:b/>
          <w:bCs/>
        </w:rPr>
        <w:t>Cost</w:t>
      </w:r>
      <w:r w:rsidR="00476E07" w:rsidRPr="000D0990">
        <w:rPr>
          <w:b/>
          <w:bCs/>
        </w:rPr>
        <w:t xml:space="preserve"> and </w:t>
      </w:r>
      <w:r w:rsidR="000D0990" w:rsidRPr="000D0990">
        <w:rPr>
          <w:b/>
          <w:bCs/>
        </w:rPr>
        <w:t>Commitment</w:t>
      </w:r>
    </w:p>
    <w:p w14:paraId="2FD5AE4D" w14:textId="38679909" w:rsidR="002C57CA" w:rsidRDefault="002C57CA" w:rsidP="000D0990">
      <w:pPr>
        <w:pStyle w:val="ListParagraph"/>
        <w:numPr>
          <w:ilvl w:val="0"/>
          <w:numId w:val="11"/>
        </w:numPr>
      </w:pPr>
      <w:r w:rsidRPr="000D0990">
        <w:rPr>
          <w:b/>
          <w:bCs/>
        </w:rPr>
        <w:t>Application Fee:</w:t>
      </w:r>
      <w:r>
        <w:t xml:space="preserve"> $250 (ASCE</w:t>
      </w:r>
      <w:r w:rsidR="00476E07">
        <w:t>/Institute</w:t>
      </w:r>
      <w:r>
        <w:t xml:space="preserve"> Member) </w:t>
      </w:r>
      <w:r w:rsidR="00476E07">
        <w:t>or</w:t>
      </w:r>
      <w:r>
        <w:t xml:space="preserve"> $350 (Nonmember)</w:t>
      </w:r>
      <w:r w:rsidR="00476E07">
        <w:t>. Payment must accompany completed application upon submission.</w:t>
      </w:r>
    </w:p>
    <w:p w14:paraId="338C8D73" w14:textId="7380C702" w:rsidR="002C57CA" w:rsidRDefault="002C57CA" w:rsidP="000D0990">
      <w:pPr>
        <w:pStyle w:val="ListParagraph"/>
        <w:numPr>
          <w:ilvl w:val="0"/>
          <w:numId w:val="11"/>
        </w:numPr>
      </w:pPr>
      <w:r w:rsidRPr="000D0990">
        <w:rPr>
          <w:b/>
          <w:bCs/>
        </w:rPr>
        <w:t>Annual Recertification Fee:</w:t>
      </w:r>
      <w:r>
        <w:t xml:space="preserve"> </w:t>
      </w:r>
      <w:r w:rsidR="00476E07">
        <w:t>$75 (ASCE/Institute Member) or $125 (Nonmember)</w:t>
      </w:r>
    </w:p>
    <w:p w14:paraId="321B4793" w14:textId="55DECA52" w:rsidR="002C57CA" w:rsidRDefault="000D0990" w:rsidP="000D0990">
      <w:pPr>
        <w:pStyle w:val="ListParagraph"/>
        <w:numPr>
          <w:ilvl w:val="0"/>
          <w:numId w:val="11"/>
        </w:numPr>
      </w:pPr>
      <w:r w:rsidRPr="000D0990">
        <w:rPr>
          <w:b/>
          <w:bCs/>
        </w:rPr>
        <w:t>Continuing Education Requirement:</w:t>
      </w:r>
      <w:r>
        <w:t xml:space="preserve"> A minimum of </w:t>
      </w:r>
      <w:r w:rsidRPr="000D0990">
        <w:t>10 PDHs (or the non-U.S. equivalent)</w:t>
      </w:r>
      <w:r>
        <w:t xml:space="preserve"> must </w:t>
      </w:r>
      <w:proofErr w:type="gramStart"/>
      <w:r>
        <w:t>be completed</w:t>
      </w:r>
      <w:proofErr w:type="gramEnd"/>
      <w:r w:rsidRPr="000D0990">
        <w:t xml:space="preserve"> each year to maintain your certification. Up to 4 hours may come from non-PDH professional skills development activities that support the competencies identified in the CEBOK.</w:t>
      </w:r>
    </w:p>
    <w:p w14:paraId="16570B36" w14:textId="0C928522" w:rsidR="002C57CA" w:rsidRDefault="002C57CA" w:rsidP="002C57CA">
      <w:r>
        <w:t xml:space="preserve">I would </w:t>
      </w:r>
      <w:proofErr w:type="gramStart"/>
      <w:r>
        <w:t>greatly appreciate</w:t>
      </w:r>
      <w:proofErr w:type="gramEnd"/>
      <w:r>
        <w:t xml:space="preserve"> your consideration of financial support for the certification costs and recognition of the professional development time required to complete the certification process.</w:t>
      </w:r>
      <w:r w:rsidR="000D0990">
        <w:t xml:space="preserve"> </w:t>
      </w:r>
      <w:r w:rsidR="000D0990" w:rsidRPr="000D0990">
        <w:t>I believe this investment will not only advance my professional development but also strengthen our organization's expertise, credibility, and long-term success.</w:t>
      </w:r>
    </w:p>
    <w:p w14:paraId="52ED10F8" w14:textId="5DC9A29D" w:rsidR="00AA0F93" w:rsidRDefault="00DE0110" w:rsidP="002C57CA">
      <w:r>
        <w:t>I am</w:t>
      </w:r>
      <w:r w:rsidR="00056A07">
        <w:t xml:space="preserve"> happy to provide more details about the certification process and discuss how it aligns with our team’s strategic priorities.</w:t>
      </w:r>
    </w:p>
    <w:p w14:paraId="6BB0D4AE" w14:textId="77777777" w:rsidR="00AA0F93" w:rsidRDefault="00056A07">
      <w:r>
        <w:t>Thank you for considering this request.</w:t>
      </w:r>
    </w:p>
    <w:p w14:paraId="79DC0833" w14:textId="77777777" w:rsidR="00AA0F93" w:rsidRDefault="00056A07">
      <w:r>
        <w:t>Best regards,</w:t>
      </w:r>
    </w:p>
    <w:p w14:paraId="09338970" w14:textId="77777777" w:rsidR="00AA0F93" w:rsidRDefault="00056A07" w:rsidP="006D63D6">
      <w:pPr>
        <w:spacing w:after="0"/>
      </w:pPr>
      <w:r>
        <w:t>[Your Full Name]</w:t>
      </w:r>
    </w:p>
    <w:p w14:paraId="192C3960" w14:textId="77777777" w:rsidR="00AA0F93" w:rsidRDefault="00056A07" w:rsidP="006D63D6">
      <w:pPr>
        <w:spacing w:after="0"/>
      </w:pPr>
      <w:r>
        <w:t>[Your Job Title]</w:t>
      </w:r>
    </w:p>
    <w:p w14:paraId="61899E15" w14:textId="603966C7" w:rsidR="006F405C" w:rsidRDefault="00056A07" w:rsidP="006F405C">
      <w:pPr>
        <w:pBdr>
          <w:bottom w:val="single" w:sz="12" w:space="31" w:color="auto"/>
        </w:pBdr>
        <w:spacing w:after="0"/>
      </w:pPr>
      <w:r>
        <w:t>[Your Contact Information</w:t>
      </w:r>
      <w:r w:rsidR="6C4A9E00">
        <w:t>: Company Name, Phone, Email</w:t>
      </w:r>
      <w:r>
        <w:t>]</w:t>
      </w:r>
    </w:p>
    <w:sectPr w:rsidR="006F405C" w:rsidSect="001E405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C319A3"/>
    <w:multiLevelType w:val="hybridMultilevel"/>
    <w:tmpl w:val="92543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C2F78"/>
    <w:multiLevelType w:val="hybridMultilevel"/>
    <w:tmpl w:val="857E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851C6E"/>
    <w:multiLevelType w:val="multilevel"/>
    <w:tmpl w:val="B3DC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55864"/>
    <w:multiLevelType w:val="multilevel"/>
    <w:tmpl w:val="7A84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A26AC0"/>
    <w:multiLevelType w:val="hybridMultilevel"/>
    <w:tmpl w:val="1716E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29549F"/>
    <w:multiLevelType w:val="hybridMultilevel"/>
    <w:tmpl w:val="54246002"/>
    <w:lvl w:ilvl="0" w:tplc="348C58BE">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86537D"/>
    <w:multiLevelType w:val="hybridMultilevel"/>
    <w:tmpl w:val="4EC8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6A0CB8"/>
    <w:multiLevelType w:val="hybridMultilevel"/>
    <w:tmpl w:val="6344B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CF7607"/>
    <w:multiLevelType w:val="hybridMultilevel"/>
    <w:tmpl w:val="FA60E7F6"/>
    <w:lvl w:ilvl="0" w:tplc="1DBC236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B011C0"/>
    <w:multiLevelType w:val="multilevel"/>
    <w:tmpl w:val="341C8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42956">
    <w:abstractNumId w:val="8"/>
  </w:num>
  <w:num w:numId="2" w16cid:durableId="1145469926">
    <w:abstractNumId w:val="5"/>
  </w:num>
  <w:num w:numId="3" w16cid:durableId="1224416228">
    <w:abstractNumId w:val="12"/>
  </w:num>
  <w:num w:numId="4" w16cid:durableId="1372337698">
    <w:abstractNumId w:val="15"/>
  </w:num>
  <w:num w:numId="5" w16cid:durableId="1460685610">
    <w:abstractNumId w:val="14"/>
  </w:num>
  <w:num w:numId="6" w16cid:durableId="1541820326">
    <w:abstractNumId w:val="13"/>
  </w:num>
  <w:num w:numId="7" w16cid:durableId="1586574607">
    <w:abstractNumId w:val="2"/>
  </w:num>
  <w:num w:numId="8" w16cid:durableId="164829231">
    <w:abstractNumId w:val="4"/>
  </w:num>
  <w:num w:numId="9" w16cid:durableId="2001696396">
    <w:abstractNumId w:val="17"/>
  </w:num>
  <w:num w:numId="10" w16cid:durableId="2068913790">
    <w:abstractNumId w:val="1"/>
  </w:num>
  <w:num w:numId="11" w16cid:durableId="2071687973">
    <w:abstractNumId w:val="9"/>
  </w:num>
  <w:num w:numId="12" w16cid:durableId="222526951">
    <w:abstractNumId w:val="0"/>
  </w:num>
  <w:num w:numId="13" w16cid:durableId="354424475">
    <w:abstractNumId w:val="7"/>
  </w:num>
  <w:num w:numId="14" w16cid:durableId="377822146">
    <w:abstractNumId w:val="10"/>
  </w:num>
  <w:num w:numId="15" w16cid:durableId="526649370">
    <w:abstractNumId w:val="18"/>
  </w:num>
  <w:num w:numId="16" w16cid:durableId="55050660">
    <w:abstractNumId w:val="11"/>
  </w:num>
  <w:num w:numId="17" w16cid:durableId="76947674">
    <w:abstractNumId w:val="16"/>
  </w:num>
  <w:num w:numId="18" w16cid:durableId="778381013">
    <w:abstractNumId w:val="3"/>
  </w:num>
  <w:num w:numId="19" w16cid:durableId="832988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59B"/>
    <w:rsid w:val="000120D9"/>
    <w:rsid w:val="00022E40"/>
    <w:rsid w:val="0002469E"/>
    <w:rsid w:val="00034616"/>
    <w:rsid w:val="0004516C"/>
    <w:rsid w:val="00050027"/>
    <w:rsid w:val="00050CDE"/>
    <w:rsid w:val="00056A07"/>
    <w:rsid w:val="0006063C"/>
    <w:rsid w:val="00083988"/>
    <w:rsid w:val="000A6BF9"/>
    <w:rsid w:val="000A7747"/>
    <w:rsid w:val="000C31D4"/>
    <w:rsid w:val="000C4EB2"/>
    <w:rsid w:val="000D0990"/>
    <w:rsid w:val="000D1110"/>
    <w:rsid w:val="000D330C"/>
    <w:rsid w:val="000F14E4"/>
    <w:rsid w:val="001106E4"/>
    <w:rsid w:val="0011597A"/>
    <w:rsid w:val="00125615"/>
    <w:rsid w:val="001477CB"/>
    <w:rsid w:val="0015074B"/>
    <w:rsid w:val="00153481"/>
    <w:rsid w:val="00182B9A"/>
    <w:rsid w:val="001A0A18"/>
    <w:rsid w:val="001B2F50"/>
    <w:rsid w:val="001C08A6"/>
    <w:rsid w:val="001D1E0C"/>
    <w:rsid w:val="001D579A"/>
    <w:rsid w:val="001E4053"/>
    <w:rsid w:val="0020297A"/>
    <w:rsid w:val="00203889"/>
    <w:rsid w:val="0021526B"/>
    <w:rsid w:val="002228FA"/>
    <w:rsid w:val="002250EC"/>
    <w:rsid w:val="00235646"/>
    <w:rsid w:val="0023706D"/>
    <w:rsid w:val="002847AA"/>
    <w:rsid w:val="00287725"/>
    <w:rsid w:val="00292E37"/>
    <w:rsid w:val="0029639D"/>
    <w:rsid w:val="002A15BC"/>
    <w:rsid w:val="002C2BA5"/>
    <w:rsid w:val="002C57CA"/>
    <w:rsid w:val="002C6C6C"/>
    <w:rsid w:val="00302AF9"/>
    <w:rsid w:val="003111D1"/>
    <w:rsid w:val="003141AB"/>
    <w:rsid w:val="00326F90"/>
    <w:rsid w:val="00383079"/>
    <w:rsid w:val="0038731C"/>
    <w:rsid w:val="003A7088"/>
    <w:rsid w:val="003B3595"/>
    <w:rsid w:val="003C0523"/>
    <w:rsid w:val="003C2122"/>
    <w:rsid w:val="003E3AC1"/>
    <w:rsid w:val="003E4C5A"/>
    <w:rsid w:val="00401861"/>
    <w:rsid w:val="004030C7"/>
    <w:rsid w:val="004061D8"/>
    <w:rsid w:val="00424038"/>
    <w:rsid w:val="004300B7"/>
    <w:rsid w:val="00435576"/>
    <w:rsid w:val="00445D4E"/>
    <w:rsid w:val="004553D7"/>
    <w:rsid w:val="004639BE"/>
    <w:rsid w:val="00464828"/>
    <w:rsid w:val="00476E07"/>
    <w:rsid w:val="00476E91"/>
    <w:rsid w:val="004904EF"/>
    <w:rsid w:val="00491016"/>
    <w:rsid w:val="004965D7"/>
    <w:rsid w:val="004A23A9"/>
    <w:rsid w:val="004C7EFC"/>
    <w:rsid w:val="004E3A3A"/>
    <w:rsid w:val="004E45AB"/>
    <w:rsid w:val="005068BC"/>
    <w:rsid w:val="005335D3"/>
    <w:rsid w:val="005A6E15"/>
    <w:rsid w:val="005C0129"/>
    <w:rsid w:val="006235B3"/>
    <w:rsid w:val="00633152"/>
    <w:rsid w:val="00636044"/>
    <w:rsid w:val="006416D6"/>
    <w:rsid w:val="00641FE5"/>
    <w:rsid w:val="006526CC"/>
    <w:rsid w:val="006659F1"/>
    <w:rsid w:val="00667365"/>
    <w:rsid w:val="00670DA7"/>
    <w:rsid w:val="006743CE"/>
    <w:rsid w:val="00681AE0"/>
    <w:rsid w:val="00693D90"/>
    <w:rsid w:val="0069670E"/>
    <w:rsid w:val="00697B77"/>
    <w:rsid w:val="006A3BB7"/>
    <w:rsid w:val="006A5BE4"/>
    <w:rsid w:val="006C285A"/>
    <w:rsid w:val="006D63D6"/>
    <w:rsid w:val="006F405C"/>
    <w:rsid w:val="00700404"/>
    <w:rsid w:val="007055C5"/>
    <w:rsid w:val="007229AA"/>
    <w:rsid w:val="007302BF"/>
    <w:rsid w:val="0073359E"/>
    <w:rsid w:val="00747D24"/>
    <w:rsid w:val="007B5DAF"/>
    <w:rsid w:val="007C0B4F"/>
    <w:rsid w:val="007D525B"/>
    <w:rsid w:val="007E06BD"/>
    <w:rsid w:val="007F767B"/>
    <w:rsid w:val="0080294C"/>
    <w:rsid w:val="008045D6"/>
    <w:rsid w:val="00820AF7"/>
    <w:rsid w:val="008478A7"/>
    <w:rsid w:val="0085300F"/>
    <w:rsid w:val="008554F5"/>
    <w:rsid w:val="00895978"/>
    <w:rsid w:val="008B45CC"/>
    <w:rsid w:val="008C07E6"/>
    <w:rsid w:val="008C1404"/>
    <w:rsid w:val="008D03AB"/>
    <w:rsid w:val="008E2D1A"/>
    <w:rsid w:val="009025EC"/>
    <w:rsid w:val="00904957"/>
    <w:rsid w:val="0094095A"/>
    <w:rsid w:val="00955F51"/>
    <w:rsid w:val="0096112F"/>
    <w:rsid w:val="00965E10"/>
    <w:rsid w:val="00967F5B"/>
    <w:rsid w:val="009871EA"/>
    <w:rsid w:val="00996712"/>
    <w:rsid w:val="009C70FF"/>
    <w:rsid w:val="009F75BD"/>
    <w:rsid w:val="00A035DA"/>
    <w:rsid w:val="00A10555"/>
    <w:rsid w:val="00A21FA9"/>
    <w:rsid w:val="00A261C0"/>
    <w:rsid w:val="00A27F48"/>
    <w:rsid w:val="00A51D79"/>
    <w:rsid w:val="00AA0F93"/>
    <w:rsid w:val="00AA1D8D"/>
    <w:rsid w:val="00AA6F4C"/>
    <w:rsid w:val="00AB0A3A"/>
    <w:rsid w:val="00AB0D9E"/>
    <w:rsid w:val="00AB19B3"/>
    <w:rsid w:val="00AB5AC8"/>
    <w:rsid w:val="00AC01CF"/>
    <w:rsid w:val="00AD077B"/>
    <w:rsid w:val="00AD4C38"/>
    <w:rsid w:val="00AD700A"/>
    <w:rsid w:val="00B0210C"/>
    <w:rsid w:val="00B225F7"/>
    <w:rsid w:val="00B431A0"/>
    <w:rsid w:val="00B47730"/>
    <w:rsid w:val="00B47DB7"/>
    <w:rsid w:val="00B50FB6"/>
    <w:rsid w:val="00B5245D"/>
    <w:rsid w:val="00B6513C"/>
    <w:rsid w:val="00B9094A"/>
    <w:rsid w:val="00BA52EC"/>
    <w:rsid w:val="00BB0628"/>
    <w:rsid w:val="00BB561D"/>
    <w:rsid w:val="00BD71A8"/>
    <w:rsid w:val="00C21277"/>
    <w:rsid w:val="00C271A2"/>
    <w:rsid w:val="00C42185"/>
    <w:rsid w:val="00C47058"/>
    <w:rsid w:val="00C667D7"/>
    <w:rsid w:val="00C762DA"/>
    <w:rsid w:val="00C85DFB"/>
    <w:rsid w:val="00CA2783"/>
    <w:rsid w:val="00CB0664"/>
    <w:rsid w:val="00CD62D5"/>
    <w:rsid w:val="00CE6A46"/>
    <w:rsid w:val="00CF4E64"/>
    <w:rsid w:val="00D12E99"/>
    <w:rsid w:val="00D31745"/>
    <w:rsid w:val="00D35E48"/>
    <w:rsid w:val="00D427D5"/>
    <w:rsid w:val="00D471A0"/>
    <w:rsid w:val="00D60097"/>
    <w:rsid w:val="00D652CE"/>
    <w:rsid w:val="00D71B5B"/>
    <w:rsid w:val="00DC2EB7"/>
    <w:rsid w:val="00DD0B1A"/>
    <w:rsid w:val="00DD350A"/>
    <w:rsid w:val="00DD37C3"/>
    <w:rsid w:val="00DD3E42"/>
    <w:rsid w:val="00DE0110"/>
    <w:rsid w:val="00DF6B89"/>
    <w:rsid w:val="00E036E1"/>
    <w:rsid w:val="00E21036"/>
    <w:rsid w:val="00E40E3D"/>
    <w:rsid w:val="00E4486F"/>
    <w:rsid w:val="00E45E5F"/>
    <w:rsid w:val="00E75794"/>
    <w:rsid w:val="00EA32CD"/>
    <w:rsid w:val="00EC667D"/>
    <w:rsid w:val="00ED2507"/>
    <w:rsid w:val="00ED2992"/>
    <w:rsid w:val="00EE6CA3"/>
    <w:rsid w:val="00EF375D"/>
    <w:rsid w:val="00F05BD1"/>
    <w:rsid w:val="00F076C4"/>
    <w:rsid w:val="00F15313"/>
    <w:rsid w:val="00F37976"/>
    <w:rsid w:val="00F42784"/>
    <w:rsid w:val="00F60961"/>
    <w:rsid w:val="00F614D5"/>
    <w:rsid w:val="00F62003"/>
    <w:rsid w:val="00F65967"/>
    <w:rsid w:val="00F822A1"/>
    <w:rsid w:val="00F86B81"/>
    <w:rsid w:val="00FC693F"/>
    <w:rsid w:val="00FD5FC0"/>
    <w:rsid w:val="00FE55E7"/>
    <w:rsid w:val="00FE776F"/>
    <w:rsid w:val="00FE7BA3"/>
    <w:rsid w:val="0151849C"/>
    <w:rsid w:val="01C903C8"/>
    <w:rsid w:val="066CB2B5"/>
    <w:rsid w:val="09F6B3F8"/>
    <w:rsid w:val="0BF8F968"/>
    <w:rsid w:val="0EBFB074"/>
    <w:rsid w:val="0F1932DB"/>
    <w:rsid w:val="11303B03"/>
    <w:rsid w:val="11803BF7"/>
    <w:rsid w:val="14EB98B7"/>
    <w:rsid w:val="17D27A03"/>
    <w:rsid w:val="1958B7D8"/>
    <w:rsid w:val="1D0A4749"/>
    <w:rsid w:val="1EDAFEEE"/>
    <w:rsid w:val="21ECB65B"/>
    <w:rsid w:val="225DA157"/>
    <w:rsid w:val="24AE0220"/>
    <w:rsid w:val="251EC8E1"/>
    <w:rsid w:val="27CDC57B"/>
    <w:rsid w:val="2C57C248"/>
    <w:rsid w:val="2D5F0524"/>
    <w:rsid w:val="2FC5E238"/>
    <w:rsid w:val="348C2AB7"/>
    <w:rsid w:val="397CEE89"/>
    <w:rsid w:val="3E5AF083"/>
    <w:rsid w:val="3F595FCF"/>
    <w:rsid w:val="43A5D322"/>
    <w:rsid w:val="44A35C3D"/>
    <w:rsid w:val="44B2CA49"/>
    <w:rsid w:val="44CDC6ED"/>
    <w:rsid w:val="47564C2B"/>
    <w:rsid w:val="496FE411"/>
    <w:rsid w:val="4A9A2E51"/>
    <w:rsid w:val="4ECA5553"/>
    <w:rsid w:val="50E897BD"/>
    <w:rsid w:val="50FAA9C5"/>
    <w:rsid w:val="52F12ED4"/>
    <w:rsid w:val="53345812"/>
    <w:rsid w:val="53FEAC01"/>
    <w:rsid w:val="544B1D51"/>
    <w:rsid w:val="5642D697"/>
    <w:rsid w:val="57009147"/>
    <w:rsid w:val="5712B1FC"/>
    <w:rsid w:val="57BAA07A"/>
    <w:rsid w:val="58ABBD2D"/>
    <w:rsid w:val="5A23A538"/>
    <w:rsid w:val="5BFDC241"/>
    <w:rsid w:val="6272DBBD"/>
    <w:rsid w:val="628638A3"/>
    <w:rsid w:val="65BD8565"/>
    <w:rsid w:val="662F1A79"/>
    <w:rsid w:val="671A1C7C"/>
    <w:rsid w:val="6C4A9E00"/>
    <w:rsid w:val="6F95D7EE"/>
    <w:rsid w:val="7C5C1BC8"/>
    <w:rsid w:val="7E02089D"/>
    <w:rsid w:val="7EF328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C87898C-B7B4-4177-9277-DC31B40F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19"/>
      </w:numPr>
      <w:contextualSpacing/>
    </w:pPr>
  </w:style>
  <w:style w:type="paragraph" w:styleId="ListBullet3">
    <w:name w:val="List Bullet 3"/>
    <w:basedOn w:val="Normal"/>
    <w:uiPriority w:val="99"/>
    <w:unhideWhenUsed/>
    <w:rsid w:val="00326F90"/>
    <w:pPr>
      <w:numPr>
        <w:numId w:val="2"/>
      </w:numPr>
      <w:tabs>
        <w:tab w:val="clear" w:pos="1080"/>
        <w:tab w:val="num" w:pos="720"/>
      </w:tabs>
      <w:ind w:left="720"/>
      <w:contextualSpacing/>
    </w:pPr>
  </w:style>
  <w:style w:type="paragraph" w:styleId="ListNumber">
    <w:name w:val="List Number"/>
    <w:basedOn w:val="Normal"/>
    <w:uiPriority w:val="99"/>
    <w:unhideWhenUsed/>
    <w:rsid w:val="00326F90"/>
    <w:pPr>
      <w:numPr>
        <w:numId w:val="13"/>
      </w:numPr>
      <w:tabs>
        <w:tab w:val="clear" w:pos="360"/>
      </w:tabs>
      <w:ind w:left="720"/>
      <w:contextualSpacing/>
    </w:pPr>
  </w:style>
  <w:style w:type="paragraph" w:styleId="ListNumber2">
    <w:name w:val="List Number 2"/>
    <w:basedOn w:val="Normal"/>
    <w:uiPriority w:val="99"/>
    <w:unhideWhenUsed/>
    <w:rsid w:val="0029639D"/>
    <w:pPr>
      <w:numPr>
        <w:numId w:val="18"/>
      </w:numPr>
      <w:contextualSpacing/>
    </w:pPr>
  </w:style>
  <w:style w:type="paragraph" w:styleId="ListNumber3">
    <w:name w:val="List Number 3"/>
    <w:basedOn w:val="Normal"/>
    <w:uiPriority w:val="99"/>
    <w:unhideWhenUsed/>
    <w:rsid w:val="0029639D"/>
    <w:pPr>
      <w:numPr>
        <w:numId w:val="7"/>
      </w:numPr>
      <w:tabs>
        <w:tab w:val="clear" w:pos="1080"/>
        <w:tab w:val="num" w:pos="360"/>
      </w:tabs>
      <w:ind w:left="36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C7EFC"/>
    <w:rPr>
      <w:color w:val="0000FF" w:themeColor="hyperlink"/>
      <w:u w:val="single"/>
    </w:rPr>
  </w:style>
  <w:style w:type="character" w:styleId="UnresolvedMention">
    <w:name w:val="Unresolved Mention"/>
    <w:basedOn w:val="DefaultParagraphFont"/>
    <w:uiPriority w:val="99"/>
    <w:semiHidden/>
    <w:unhideWhenUsed/>
    <w:rsid w:val="004C7EFC"/>
    <w:rPr>
      <w:color w:val="605E5C"/>
      <w:shd w:val="clear" w:color="auto" w:fill="E1DFDD"/>
    </w:rPr>
  </w:style>
  <w:style w:type="paragraph" w:styleId="Revision">
    <w:name w:val="Revision"/>
    <w:hidden/>
    <w:uiPriority w:val="99"/>
    <w:semiHidden/>
    <w:rsid w:val="009871EA"/>
    <w:pPr>
      <w:spacing w:after="0" w:line="240" w:lineRule="auto"/>
    </w:pPr>
  </w:style>
  <w:style w:type="paragraph" w:styleId="CommentText">
    <w:name w:val="annotation text"/>
    <w:basedOn w:val="Normal"/>
    <w:link w:val="CommentTextChar"/>
    <w:uiPriority w:val="99"/>
    <w:semiHidden/>
    <w:unhideWhenUsed/>
    <w:rsid w:val="00DD3E42"/>
    <w:pPr>
      <w:spacing w:line="240" w:lineRule="auto"/>
    </w:pPr>
    <w:rPr>
      <w:sz w:val="20"/>
      <w:szCs w:val="20"/>
    </w:rPr>
  </w:style>
  <w:style w:type="character" w:customStyle="1" w:styleId="CommentTextChar">
    <w:name w:val="Comment Text Char"/>
    <w:basedOn w:val="DefaultParagraphFont"/>
    <w:link w:val="CommentText"/>
    <w:uiPriority w:val="99"/>
    <w:semiHidden/>
    <w:rsid w:val="00DD3E42"/>
    <w:rPr>
      <w:sz w:val="20"/>
      <w:szCs w:val="20"/>
    </w:rPr>
  </w:style>
  <w:style w:type="character" w:styleId="CommentReference">
    <w:name w:val="annotation reference"/>
    <w:basedOn w:val="DefaultParagraphFont"/>
    <w:uiPriority w:val="99"/>
    <w:semiHidden/>
    <w:unhideWhenUsed/>
    <w:rsid w:val="00DD3E42"/>
    <w:rPr>
      <w:sz w:val="16"/>
      <w:szCs w:val="16"/>
    </w:rPr>
  </w:style>
  <w:style w:type="character" w:styleId="FollowedHyperlink">
    <w:name w:val="FollowedHyperlink"/>
    <w:basedOn w:val="DefaultParagraphFont"/>
    <w:uiPriority w:val="99"/>
    <w:semiHidden/>
    <w:unhideWhenUsed/>
    <w:rsid w:val="001D57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showcase/civil-engineering-certification/" TargetMode="External"/><Relationship Id="rId5" Type="http://schemas.openxmlformats.org/officeDocument/2006/relationships/styles" Target="styles.xml"/><Relationship Id="rId10" Type="http://schemas.openxmlformats.org/officeDocument/2006/relationships/hyperlink" Target="https://collaborate.asce.org/ceccertifiedengineers/home" TargetMode="External"/><Relationship Id="rId4" Type="http://schemas.openxmlformats.org/officeDocument/2006/relationships/numbering" Target="numbering.xml"/><Relationship Id="rId9" Type="http://schemas.openxmlformats.org/officeDocument/2006/relationships/hyperlink" Target="https://www.asce.org/career-growth/civil-engineering-c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2b54d28-059a-4e62-b163-cd83b2cebb3f">
      <UserInfo>
        <DisplayName/>
        <AccountId xsi:nil="true"/>
        <AccountType/>
      </UserInfo>
    </SharedWithUsers>
    <lcf76f155ced4ddcb4097134ff3c332f xmlns="65ddc8e5-e2cb-48a2-a6dd-e8a1bd9e497b">
      <Terms xmlns="http://schemas.microsoft.com/office/infopath/2007/PartnerControls"/>
    </lcf76f155ced4ddcb4097134ff3c332f>
    <ArchiverLinkFileType xmlns="65ddc8e5-e2cb-48a2-a6dd-e8a1bd9e497b" xsi:nil="true"/>
    <TaxCatchAll xmlns="72b54d28-059a-4e62-b163-cd83b2cebb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49D4472D9D9F41BAC96BF5960ACEFB" ma:contentTypeVersion="16" ma:contentTypeDescription="Create a new document." ma:contentTypeScope="" ma:versionID="9a06a34d61395f7e4914120d382af73a">
  <xsd:schema xmlns:xsd="http://www.w3.org/2001/XMLSchema" xmlns:xs="http://www.w3.org/2001/XMLSchema" xmlns:p="http://schemas.microsoft.com/office/2006/metadata/properties" xmlns:ns2="65ddc8e5-e2cb-48a2-a6dd-e8a1bd9e497b" xmlns:ns3="72b54d28-059a-4e62-b163-cd83b2cebb3f" targetNamespace="http://schemas.microsoft.com/office/2006/metadata/properties" ma:root="true" ma:fieldsID="e548371d49d828aeef1f63047579c5ba" ns2:_="" ns3:_="">
    <xsd:import namespace="65ddc8e5-e2cb-48a2-a6dd-e8a1bd9e497b"/>
    <xsd:import namespace="72b54d28-059a-4e62-b163-cd83b2cebb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dc8e5-e2cb-48a2-a6dd-e8a1bd9e4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b2ac65-dcbb-42ad-8f83-b8cf86685a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rchiverLinkFileType" ma:index="23"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b54d28-059a-4e62-b163-cd83b2cebb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bbe3d9e-51ad-49a7-8a5f-653f5cb12435}" ma:internalName="TaxCatchAll" ma:showField="CatchAllData" ma:web="72b54d28-059a-4e62-b163-cd83b2cebb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F7FBB-5700-49DF-8037-A5EF23853131}">
  <ds:schemaRefs>
    <ds:schemaRef ds:uri="http://schemas.microsoft.com/sharepoint/v3/contenttype/forms"/>
  </ds:schemaRefs>
</ds:datastoreItem>
</file>

<file path=customXml/itemProps2.xml><?xml version="1.0" encoding="utf-8"?>
<ds:datastoreItem xmlns:ds="http://schemas.openxmlformats.org/officeDocument/2006/customXml" ds:itemID="{7008E4F7-288E-4DC1-9B84-D0B4C8A50406}">
  <ds:schemaRefs>
    <ds:schemaRef ds:uri="http://schemas.microsoft.com/office/2006/metadata/properties"/>
    <ds:schemaRef ds:uri="http://schemas.microsoft.com/office/infopath/2007/PartnerControls"/>
    <ds:schemaRef ds:uri="72b54d28-059a-4e62-b163-cd83b2cebb3f"/>
    <ds:schemaRef ds:uri="65ddc8e5-e2cb-48a2-a6dd-e8a1bd9e497b"/>
  </ds:schemaRefs>
</ds:datastoreItem>
</file>

<file path=customXml/itemProps3.xml><?xml version="1.0" encoding="utf-8"?>
<ds:datastoreItem xmlns:ds="http://schemas.openxmlformats.org/officeDocument/2006/customXml" ds:itemID="{9794746F-3476-4CDF-B679-E74B2A890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dc8e5-e2cb-48a2-a6dd-e8a1bd9e497b"/>
    <ds:schemaRef ds:uri="72b54d28-059a-4e62-b163-cd83b2ce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4445</Characters>
  <Application>Microsoft Office Word</Application>
  <DocSecurity>0</DocSecurity>
  <Lines>71</Lines>
  <Paragraphs>34</Paragraphs>
  <ScaleCrop>false</ScaleCrop>
  <Manager/>
  <Company/>
  <LinksUpToDate>false</LinksUpToDate>
  <CharactersWithSpaces>5057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Emily Webster</cp:lastModifiedBy>
  <cp:revision>8</cp:revision>
  <dcterms:created xsi:type="dcterms:W3CDTF">2026-10-20T10:39:00Z</dcterms:created>
  <dcterms:modified xsi:type="dcterms:W3CDTF">2026-10-27T12:46:00Z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0x010100CC49D4472D9D9F41BAC96BF5960ACEFB</vt:lpwstr>
  </property>
  <property fmtid="{D5CDD505-2E9C-101B-9397-08002B2CF9AE}" pid="7" name="docLang">
    <vt:lpwstr>en</vt:lpwstr>
  </property>
</Properties>
</file>